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70DB" w14:textId="77777777" w:rsidR="0070450D" w:rsidRDefault="005F115D">
      <w:pPr>
        <w:jc w:val="center"/>
      </w:pPr>
      <w:r>
        <w:t>AUTORIZZAZIONE</w:t>
      </w:r>
    </w:p>
    <w:p w14:paraId="4099673D" w14:textId="414DD7A1" w:rsidR="0070450D" w:rsidRDefault="005F115D">
      <w:pPr>
        <w:jc w:val="center"/>
      </w:pPr>
      <w:r>
        <w:t xml:space="preserve">PROGETTO DI </w:t>
      </w:r>
      <w:r w:rsidR="009B11B8">
        <w:t>“</w:t>
      </w:r>
      <w:r w:rsidR="009B11B8">
        <w:t>VALORIZZAZIONE DELLE ECCELLENZE IN AMBITO LOGICO-MATEMATICO”</w:t>
      </w:r>
      <w:r>
        <w:br/>
      </w:r>
    </w:p>
    <w:p w14:paraId="581A555E" w14:textId="77777777" w:rsidR="0070450D" w:rsidRDefault="005F115D">
      <w:pPr>
        <w:jc w:val="center"/>
      </w:pPr>
      <w:r>
        <w:t>a.s. 2025/2026</w:t>
      </w:r>
      <w:r>
        <w:br/>
      </w:r>
    </w:p>
    <w:p w14:paraId="0549D88F" w14:textId="5EC8A388" w:rsidR="0070450D" w:rsidRDefault="005F115D" w:rsidP="000435BE">
      <w:pPr>
        <w:spacing w:line="480" w:lineRule="auto"/>
      </w:pPr>
      <w:r>
        <w:br/>
        <w:t xml:space="preserve">Il/La </w:t>
      </w:r>
      <w:proofErr w:type="spellStart"/>
      <w:r>
        <w:t>sottoscritt</w:t>
      </w:r>
      <w:proofErr w:type="spellEnd"/>
      <w:r>
        <w:t xml:space="preserve">__ ____________________________________________, </w:t>
      </w:r>
      <w:proofErr w:type="spellStart"/>
      <w:r>
        <w:t>genitore</w:t>
      </w:r>
      <w:proofErr w:type="spellEnd"/>
      <w:r>
        <w:t xml:space="preserve"> </w:t>
      </w:r>
      <w:proofErr w:type="spellStart"/>
      <w:r>
        <w:t>dell’alunn</w:t>
      </w:r>
      <w:proofErr w:type="spellEnd"/>
      <w:r>
        <w:t xml:space="preserve">_ ____________________________________________, </w:t>
      </w:r>
      <w:r>
        <w:br/>
      </w:r>
      <w:proofErr w:type="spellStart"/>
      <w:r>
        <w:t>frequentante</w:t>
      </w:r>
      <w:proofErr w:type="spellEnd"/>
      <w:r>
        <w:t xml:space="preserve"> la classe ________ del plesso “G. Falcone”</w:t>
      </w:r>
      <w:r>
        <w:br/>
      </w:r>
      <w:r>
        <w:br/>
      </w:r>
      <w:r w:rsidR="000435BE">
        <w:t xml:space="preserve">                                                                             </w:t>
      </w:r>
      <w:r>
        <w:t>AUTORIZZA</w:t>
      </w:r>
      <w:r>
        <w:br/>
      </w:r>
      <w:r>
        <w:br/>
        <w:t xml:space="preserve">il/la </w:t>
      </w:r>
      <w:proofErr w:type="spellStart"/>
      <w:r>
        <w:t>propri</w:t>
      </w:r>
      <w:proofErr w:type="spellEnd"/>
      <w:r>
        <w:t xml:space="preserve">_ </w:t>
      </w:r>
      <w:proofErr w:type="spellStart"/>
      <w:r>
        <w:t>figli</w:t>
      </w:r>
      <w:proofErr w:type="spellEnd"/>
      <w:r>
        <w:t xml:space="preserve">_ a </w:t>
      </w:r>
      <w:proofErr w:type="spellStart"/>
      <w:r>
        <w:t>partecipare</w:t>
      </w:r>
      <w:proofErr w:type="spellEnd"/>
      <w:r>
        <w:t xml:space="preserve"> al </w:t>
      </w:r>
      <w:r w:rsidR="009B11B8">
        <w:t>p</w:t>
      </w:r>
      <w:r w:rsidR="009B11B8">
        <w:t>rogetto di “</w:t>
      </w:r>
      <w:proofErr w:type="spellStart"/>
      <w:r w:rsidR="009B11B8">
        <w:t>Valorizzazione</w:t>
      </w:r>
      <w:proofErr w:type="spellEnd"/>
      <w:r w:rsidR="009B11B8">
        <w:t xml:space="preserve"> </w:t>
      </w:r>
      <w:proofErr w:type="spellStart"/>
      <w:r w:rsidR="009B11B8">
        <w:t>delle</w:t>
      </w:r>
      <w:proofErr w:type="spellEnd"/>
      <w:r w:rsidR="009B11B8">
        <w:t xml:space="preserve"> </w:t>
      </w:r>
      <w:proofErr w:type="spellStart"/>
      <w:r w:rsidR="009B11B8">
        <w:t>eccellenze</w:t>
      </w:r>
      <w:proofErr w:type="spellEnd"/>
      <w:r w:rsidR="009B11B8">
        <w:t xml:space="preserve"> in </w:t>
      </w:r>
      <w:proofErr w:type="spellStart"/>
      <w:r w:rsidR="009B11B8">
        <w:t>ambito</w:t>
      </w:r>
      <w:proofErr w:type="spellEnd"/>
      <w:r w:rsidR="009B11B8">
        <w:t xml:space="preserve"> logico-</w:t>
      </w:r>
      <w:proofErr w:type="spellStart"/>
      <w:r w:rsidR="009B11B8">
        <w:t>matematico</w:t>
      </w:r>
      <w:proofErr w:type="spellEnd"/>
      <w:r w:rsidR="009B11B8">
        <w:t xml:space="preserve">” </w:t>
      </w:r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svolgerà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del </w:t>
      </w:r>
      <w:proofErr w:type="spellStart"/>
      <w:r>
        <w:t>plesso</w:t>
      </w:r>
      <w:proofErr w:type="spellEnd"/>
      <w:r>
        <w:t xml:space="preserve"> “G. Falcone” a </w:t>
      </w:r>
      <w:proofErr w:type="spellStart"/>
      <w:r>
        <w:t>partire</w:t>
      </w:r>
      <w:proofErr w:type="spellEnd"/>
      <w:r>
        <w:t xml:space="preserve"> da</w:t>
      </w:r>
      <w:r w:rsidR="000435BE">
        <w:t xml:space="preserve"> </w:t>
      </w:r>
      <w:proofErr w:type="spellStart"/>
      <w:r w:rsidR="000435BE">
        <w:t>mercoledì</w:t>
      </w:r>
      <w:proofErr w:type="spellEnd"/>
      <w:r>
        <w:t xml:space="preserve"> 1</w:t>
      </w:r>
      <w:r w:rsidR="000435BE">
        <w:t>2</w:t>
      </w:r>
      <w:r>
        <w:t xml:space="preserve"> </w:t>
      </w:r>
      <w:proofErr w:type="spellStart"/>
      <w:r>
        <w:t>novembre</w:t>
      </w:r>
      <w:proofErr w:type="spellEnd"/>
      <w:r>
        <w:t xml:space="preserve"> 2025.</w:t>
      </w:r>
      <w:r>
        <w:br/>
      </w:r>
      <w:r>
        <w:br/>
        <w:t>Si solleva la scuola da ogni responsabilità al di là dei previsti obblighi di vigilanza.</w:t>
      </w:r>
      <w:r>
        <w:br/>
      </w:r>
    </w:p>
    <w:p w14:paraId="5B9F3379" w14:textId="25D3AE30" w:rsidR="0070450D" w:rsidRDefault="005F115D">
      <w:r>
        <w:br/>
        <w:t>Modica, ________________________</w:t>
      </w:r>
      <w:r w:rsidR="000435BE">
        <w:t xml:space="preserve">                                                               </w:t>
      </w:r>
      <w:proofErr w:type="spellStart"/>
      <w:r>
        <w:t>Firma</w:t>
      </w:r>
      <w:proofErr w:type="spellEnd"/>
      <w:r>
        <w:t xml:space="preserve"> ___________________________</w:t>
      </w:r>
    </w:p>
    <w:sectPr w:rsidR="0070450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4516707">
    <w:abstractNumId w:val="8"/>
  </w:num>
  <w:num w:numId="2" w16cid:durableId="1458838741">
    <w:abstractNumId w:val="6"/>
  </w:num>
  <w:num w:numId="3" w16cid:durableId="845091092">
    <w:abstractNumId w:val="5"/>
  </w:num>
  <w:num w:numId="4" w16cid:durableId="471866909">
    <w:abstractNumId w:val="4"/>
  </w:num>
  <w:num w:numId="5" w16cid:durableId="194082962">
    <w:abstractNumId w:val="7"/>
  </w:num>
  <w:num w:numId="6" w16cid:durableId="728302526">
    <w:abstractNumId w:val="3"/>
  </w:num>
  <w:num w:numId="7" w16cid:durableId="456024090">
    <w:abstractNumId w:val="2"/>
  </w:num>
  <w:num w:numId="8" w16cid:durableId="838152972">
    <w:abstractNumId w:val="1"/>
  </w:num>
  <w:num w:numId="9" w16cid:durableId="211034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5BE"/>
    <w:rsid w:val="0006063C"/>
    <w:rsid w:val="0015074B"/>
    <w:rsid w:val="002718CA"/>
    <w:rsid w:val="0029639D"/>
    <w:rsid w:val="00326F90"/>
    <w:rsid w:val="005F115D"/>
    <w:rsid w:val="0070450D"/>
    <w:rsid w:val="009B11B8"/>
    <w:rsid w:val="00AA1D8D"/>
    <w:rsid w:val="00B47730"/>
    <w:rsid w:val="00CB0664"/>
    <w:rsid w:val="00FC693F"/>
    <w:rsid w:val="00F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6D08D"/>
  <w14:defaultImageDpi w14:val="300"/>
  <w15:docId w15:val="{1AADA24C-F085-3B4A-A1A6-1FED8B90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Alessandra Moncada</cp:lastModifiedBy>
  <cp:revision>3</cp:revision>
  <dcterms:created xsi:type="dcterms:W3CDTF">2025-10-29T16:54:00Z</dcterms:created>
  <dcterms:modified xsi:type="dcterms:W3CDTF">2025-11-03T16:05:00Z</dcterms:modified>
  <cp:category/>
</cp:coreProperties>
</file>